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C3FB4" w14:textId="77777777" w:rsidR="0063304E" w:rsidRDefault="00A84C27">
      <w:pPr>
        <w:jc w:val="center"/>
      </w:pPr>
      <w:r>
        <w:rPr>
          <w:b/>
          <w:color w:val="1F445C"/>
          <w:sz w:val="30"/>
        </w:rPr>
        <w:t>TOWN OF MILLVILLE, DELAWARE</w:t>
      </w:r>
    </w:p>
    <w:p w14:paraId="64D4AE23" w14:textId="77777777" w:rsidR="0063304E" w:rsidRDefault="00A84C27">
      <w:pPr>
        <w:jc w:val="center"/>
      </w:pPr>
      <w:r>
        <w:rPr>
          <w:b/>
          <w:sz w:val="26"/>
        </w:rPr>
        <w:t>PLANNING &amp; ZONING COMMISSION</w:t>
      </w:r>
    </w:p>
    <w:p w14:paraId="4E295512" w14:textId="77777777" w:rsidR="0063304E" w:rsidRDefault="00A84C27">
      <w:pPr>
        <w:jc w:val="center"/>
      </w:pPr>
      <w:r>
        <w:rPr>
          <w:b/>
          <w:sz w:val="22"/>
        </w:rPr>
        <w:t>COMMISSIONER APPLICATION</w:t>
      </w:r>
    </w:p>
    <w:p w14:paraId="22B18402" w14:textId="77777777" w:rsidR="0063304E" w:rsidRDefault="00A84C27">
      <w:r>
        <w:rPr>
          <w:b/>
        </w:rPr>
        <w:t xml:space="preserve">Thank you for your interest in serving the Town of Millville. </w:t>
      </w:r>
      <w:r>
        <w:t>Please complete this application and submit it to the Town using the contact information provided below. Appointment requirements and the selection process are subject to the Town Charter, Code, and applicable procedures.</w:t>
      </w:r>
    </w:p>
    <w:p w14:paraId="0F220CDB" w14:textId="77777777" w:rsidR="0063304E" w:rsidRDefault="00A84C27">
      <w:pPr>
        <w:spacing w:before="100" w:after="60"/>
      </w:pPr>
      <w:r>
        <w:rPr>
          <w:b/>
          <w:color w:val="1F445C"/>
          <w:sz w:val="20"/>
        </w:rPr>
        <w:t>APPLICANT INFORMATION</w:t>
      </w:r>
    </w:p>
    <w:p w14:paraId="2853F604" w14:textId="637F7B02" w:rsidR="0063304E" w:rsidRDefault="00A84C27">
      <w:pPr>
        <w:spacing w:after="100"/>
      </w:pPr>
      <w:r>
        <w:rPr>
          <w:b/>
        </w:rPr>
        <w:t xml:space="preserve">Full Name:  </w:t>
      </w:r>
      <w:r>
        <w:t>__________________________________________________</w:t>
      </w:r>
      <w:r w:rsidR="0096734E">
        <w:t xml:space="preserve"> Phone: _____________________________</w:t>
      </w:r>
    </w:p>
    <w:p w14:paraId="3811C3BB" w14:textId="2B3C5FD5" w:rsidR="0063304E" w:rsidRDefault="00A84C27">
      <w:pPr>
        <w:spacing w:after="100"/>
      </w:pPr>
      <w:r>
        <w:rPr>
          <w:b/>
        </w:rPr>
        <w:t xml:space="preserve">Millville Street Address:  </w:t>
      </w:r>
      <w:r>
        <w:t>___________________________________________________________</w:t>
      </w:r>
      <w:r w:rsidR="0096734E">
        <w:t>_______________</w:t>
      </w:r>
      <w:r>
        <w:t>_</w:t>
      </w:r>
    </w:p>
    <w:p w14:paraId="09E5355E" w14:textId="52444070" w:rsidR="0063304E" w:rsidRDefault="00A84C27">
      <w:pPr>
        <w:spacing w:after="100"/>
      </w:pPr>
      <w:r>
        <w:rPr>
          <w:b/>
        </w:rPr>
        <w:t xml:space="preserve">Email:  </w:t>
      </w:r>
      <w:r>
        <w:t>___</w:t>
      </w:r>
      <w:r w:rsidR="0096734E">
        <w:t>______________________________</w:t>
      </w:r>
      <w:r>
        <w:t>_________________________________________________________</w:t>
      </w:r>
    </w:p>
    <w:p w14:paraId="393D1424" w14:textId="58B609D1" w:rsidR="0063304E" w:rsidRDefault="00A84C27">
      <w:pPr>
        <w:spacing w:after="100"/>
        <w:rPr>
          <w:b/>
        </w:rPr>
      </w:pPr>
      <w:r>
        <w:rPr>
          <w:b/>
        </w:rPr>
        <w:t xml:space="preserve">How long have you been a Town of Millville resident? </w:t>
      </w:r>
      <w:r w:rsidR="0096734E">
        <w:rPr>
          <w:b/>
        </w:rPr>
        <w:t xml:space="preserve">  ____________________________ Years/Months</w:t>
      </w:r>
    </w:p>
    <w:p w14:paraId="4DB94363" w14:textId="77777777" w:rsidR="0096734E" w:rsidRDefault="0096734E">
      <w:pPr>
        <w:spacing w:after="100"/>
      </w:pPr>
    </w:p>
    <w:p w14:paraId="773A7D5F" w14:textId="77777777" w:rsidR="0063304E" w:rsidRDefault="00A84C27">
      <w:pPr>
        <w:spacing w:before="100" w:after="60"/>
      </w:pPr>
      <w:r>
        <w:rPr>
          <w:b/>
          <w:color w:val="1F445C"/>
          <w:sz w:val="20"/>
        </w:rPr>
        <w:t>INTEREST IN SERVING</w:t>
      </w:r>
    </w:p>
    <w:p w14:paraId="19E88C9E" w14:textId="0BC8DCAE" w:rsidR="0063304E" w:rsidRDefault="00A84C27">
      <w:pPr>
        <w:spacing w:after="100"/>
      </w:pPr>
      <w:r>
        <w:rPr>
          <w:b/>
        </w:rPr>
        <w:t xml:space="preserve">Why are you interested in serving on the Planning &amp; Zoning Commission?  </w:t>
      </w:r>
      <w:r>
        <w:t>_______________________________________</w:t>
      </w:r>
      <w:r w:rsidR="0096734E">
        <w:t>____________________________________</w:t>
      </w:r>
      <w:r>
        <w:t>_____________________</w:t>
      </w:r>
      <w:r>
        <w:br/>
        <w:t>____________________________________________________________</w:t>
      </w:r>
      <w:r w:rsidR="0096734E">
        <w:t>____________________________________</w:t>
      </w:r>
    </w:p>
    <w:p w14:paraId="5CFAFDA8" w14:textId="4C160485" w:rsidR="0096734E" w:rsidRDefault="0096734E">
      <w:pPr>
        <w:spacing w:after="100"/>
      </w:pPr>
      <w:r>
        <w:t>________________________________________________________________________________________________</w:t>
      </w:r>
    </w:p>
    <w:p w14:paraId="511EB737" w14:textId="222EE952" w:rsidR="0096734E" w:rsidRDefault="0096734E">
      <w:pPr>
        <w:spacing w:after="100"/>
      </w:pPr>
      <w:r>
        <w:t>________________________________________________________________________________________________</w:t>
      </w:r>
    </w:p>
    <w:p w14:paraId="67AB0827" w14:textId="575B19D6" w:rsidR="0096734E" w:rsidRDefault="0096734E">
      <w:pPr>
        <w:spacing w:after="100"/>
      </w:pPr>
      <w:r>
        <w:t>________________________________________________________________________________________________</w:t>
      </w:r>
    </w:p>
    <w:p w14:paraId="3C22D97A" w14:textId="1A042254" w:rsidR="0096734E" w:rsidRDefault="0096734E">
      <w:pPr>
        <w:spacing w:after="100"/>
      </w:pPr>
      <w:r>
        <w:t>________________________________________________________________________________________________</w:t>
      </w:r>
    </w:p>
    <w:p w14:paraId="09673A7B" w14:textId="36AF5ECB" w:rsidR="0063304E" w:rsidRDefault="00A84C27">
      <w:pPr>
        <w:spacing w:after="100"/>
      </w:pPr>
      <w:r>
        <w:rPr>
          <w:b/>
        </w:rPr>
        <w:t xml:space="preserve">What skills, experience, or perspective would you bring to the Commission?  </w:t>
      </w:r>
      <w:r w:rsidR="0096734E">
        <w:rPr>
          <w:b/>
        </w:rPr>
        <w:t>____________________________________</w:t>
      </w:r>
      <w:r>
        <w:t>____________________________________________________________</w:t>
      </w:r>
      <w:r>
        <w:br/>
        <w:t>____________________________________</w:t>
      </w:r>
      <w:r w:rsidR="0096734E">
        <w:t>____________________________________</w:t>
      </w:r>
      <w:r>
        <w:t>________________________</w:t>
      </w:r>
    </w:p>
    <w:p w14:paraId="7ADD41FD" w14:textId="6C09E844" w:rsidR="0096734E" w:rsidRDefault="0096734E">
      <w:pPr>
        <w:spacing w:after="100"/>
      </w:pPr>
      <w:r>
        <w:t>________________________________________________________________________________________________________________________________________________________________________________________________</w:t>
      </w:r>
    </w:p>
    <w:p w14:paraId="6D1F6E78" w14:textId="7A9301BD" w:rsidR="0096734E" w:rsidRDefault="0096734E">
      <w:pPr>
        <w:spacing w:after="100"/>
        <w:rPr>
          <w:b/>
        </w:rPr>
      </w:pPr>
      <w:r>
        <w:rPr>
          <w:b/>
        </w:rPr>
        <w:t>________________________________________________________________________________________________</w:t>
      </w:r>
    </w:p>
    <w:p w14:paraId="1C18CA8E" w14:textId="780DD91B" w:rsidR="0096734E" w:rsidRDefault="0096734E">
      <w:pPr>
        <w:spacing w:after="100"/>
        <w:rPr>
          <w:b/>
        </w:rPr>
      </w:pPr>
      <w:r>
        <w:rPr>
          <w:b/>
        </w:rPr>
        <w:t>________________________________________________________________________________________________</w:t>
      </w:r>
    </w:p>
    <w:p w14:paraId="583B332F" w14:textId="473F9A55" w:rsidR="0063304E" w:rsidRDefault="00A84C27">
      <w:pPr>
        <w:spacing w:after="100"/>
      </w:pPr>
      <w:r>
        <w:rPr>
          <w:b/>
        </w:rPr>
        <w:t xml:space="preserve">Do you have experience or an interest in land use, planning, zoning, </w:t>
      </w:r>
      <w:proofErr w:type="gramStart"/>
      <w:r>
        <w:rPr>
          <w:b/>
        </w:rPr>
        <w:t xml:space="preserve">construction,  </w:t>
      </w:r>
      <w:r>
        <w:t>_</w:t>
      </w:r>
      <w:proofErr w:type="gramEnd"/>
      <w:r>
        <w:t>___________________________________________________________</w:t>
      </w:r>
      <w:r w:rsidR="0096734E">
        <w:t>____________________________________</w:t>
      </w:r>
    </w:p>
    <w:p w14:paraId="0C62409F" w14:textId="429FB041" w:rsidR="0096734E" w:rsidRDefault="0096734E">
      <w:pPr>
        <w:spacing w:after="100"/>
      </w:pPr>
      <w:r>
        <w:t>________________________________________________________________________________________________</w:t>
      </w:r>
    </w:p>
    <w:p w14:paraId="204F6815" w14:textId="6AC7F74A" w:rsidR="0096734E" w:rsidRDefault="0096734E">
      <w:pPr>
        <w:spacing w:after="100"/>
      </w:pPr>
      <w:r>
        <w:t>________________________________________________________________________________________________________________________________________________________________________________________________</w:t>
      </w:r>
    </w:p>
    <w:p w14:paraId="72277C3F" w14:textId="3C5120A5" w:rsidR="0063304E" w:rsidRDefault="00A84C27">
      <w:pPr>
        <w:spacing w:after="100"/>
      </w:pPr>
      <w:r>
        <w:t>real estate, community development, or related areas?  __________________________________________</w:t>
      </w:r>
      <w:r w:rsidR="0096734E">
        <w:t>__________</w:t>
      </w:r>
    </w:p>
    <w:p w14:paraId="285A9AD8" w14:textId="0C01DB77" w:rsidR="0096734E" w:rsidRDefault="0096734E">
      <w:pPr>
        <w:spacing w:after="100"/>
      </w:pPr>
      <w:r>
        <w:t>________________________________________________________________________________________________</w:t>
      </w:r>
    </w:p>
    <w:p w14:paraId="6FD6657C" w14:textId="19715F29" w:rsidR="0063304E" w:rsidRDefault="00A84C27">
      <w:pPr>
        <w:spacing w:after="100"/>
      </w:pPr>
      <w:r>
        <w:rPr>
          <w:b/>
        </w:rPr>
        <w:t xml:space="preserve">Please describe any relevant experience, education, or community involvement:  </w:t>
      </w:r>
      <w:r>
        <w:t>____________________________________________________________</w:t>
      </w:r>
      <w:r w:rsidR="0096734E">
        <w:t>____________________________________________________________________________________________________________________________________</w:t>
      </w:r>
      <w:r>
        <w:br/>
        <w:t>____________________________________________________________</w:t>
      </w:r>
      <w:r w:rsidR="0096734E">
        <w:t>____________________________________</w:t>
      </w:r>
    </w:p>
    <w:p w14:paraId="5E8FB111" w14:textId="77777777" w:rsidR="0096734E" w:rsidRDefault="00A84C27">
      <w:pPr>
        <w:spacing w:after="100"/>
        <w:rPr>
          <w:b/>
        </w:rPr>
      </w:pPr>
      <w:r>
        <w:rPr>
          <w:b/>
        </w:rPr>
        <w:t xml:space="preserve">Are you able to attend regular Commission meetings and review materials in advance?  </w:t>
      </w:r>
      <w:r w:rsidR="0096734E">
        <w:rPr>
          <w:b/>
        </w:rPr>
        <w:t xml:space="preserve">(Meetings are </w:t>
      </w:r>
      <w:proofErr w:type="gramStart"/>
      <w:r w:rsidR="0096734E">
        <w:rPr>
          <w:b/>
        </w:rPr>
        <w:t>held</w:t>
      </w:r>
      <w:proofErr w:type="gramEnd"/>
      <w:r w:rsidR="0096734E">
        <w:rPr>
          <w:b/>
        </w:rPr>
        <w:t xml:space="preserve"> Thursday evenings, once a month starting at 6:00 PM)</w:t>
      </w:r>
    </w:p>
    <w:p w14:paraId="34E4A3F9" w14:textId="4988B50A" w:rsidR="0063304E" w:rsidRDefault="00A84C27">
      <w:pPr>
        <w:spacing w:after="100"/>
      </w:pPr>
      <w:r>
        <w:t>☐</w:t>
      </w:r>
      <w:r>
        <w:t xml:space="preserve"> Yes     ☐ No   </w:t>
      </w:r>
    </w:p>
    <w:p w14:paraId="43BC3A10" w14:textId="77777777" w:rsidR="0096734E" w:rsidRDefault="0096734E">
      <w:pPr>
        <w:spacing w:after="100"/>
      </w:pPr>
    </w:p>
    <w:p w14:paraId="1E6BC7EE" w14:textId="77777777" w:rsidR="0096734E" w:rsidRDefault="0096734E">
      <w:pPr>
        <w:spacing w:after="100"/>
      </w:pPr>
    </w:p>
    <w:p w14:paraId="17E407CF" w14:textId="77777777" w:rsidR="0096734E" w:rsidRDefault="0096734E">
      <w:pPr>
        <w:spacing w:after="100"/>
      </w:pPr>
    </w:p>
    <w:p w14:paraId="6388CA3F" w14:textId="77777777" w:rsidR="0096734E" w:rsidRDefault="0096734E">
      <w:pPr>
        <w:spacing w:after="100"/>
      </w:pPr>
    </w:p>
    <w:p w14:paraId="42735635" w14:textId="77777777" w:rsidR="0063304E" w:rsidRDefault="00A84C27">
      <w:pPr>
        <w:spacing w:before="100" w:after="60"/>
      </w:pPr>
      <w:r>
        <w:rPr>
          <w:b/>
          <w:color w:val="1F445C"/>
          <w:sz w:val="20"/>
        </w:rPr>
        <w:t>ADDITIONAL INFORMATION</w:t>
      </w:r>
    </w:p>
    <w:p w14:paraId="5DBF056C" w14:textId="1DC2AE61" w:rsidR="0063304E" w:rsidRDefault="00A84C27">
      <w:pPr>
        <w:spacing w:after="100"/>
      </w:pPr>
      <w:r>
        <w:rPr>
          <w:b/>
        </w:rPr>
        <w:t xml:space="preserve">Is there anything else you would like the Town to consider?  </w:t>
      </w:r>
      <w:r w:rsidR="0096734E">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w:t>
      </w:r>
      <w:r>
        <w:br/>
        <w:t>____________________________________</w:t>
      </w:r>
      <w:r w:rsidR="0096734E">
        <w:t>____________________________________</w:t>
      </w:r>
      <w:r>
        <w:t>________________________</w:t>
      </w:r>
    </w:p>
    <w:p w14:paraId="6CF19DDC" w14:textId="77777777" w:rsidR="0096734E" w:rsidRDefault="0096734E">
      <w:pPr>
        <w:spacing w:before="100" w:after="60"/>
        <w:rPr>
          <w:b/>
          <w:color w:val="1F445C"/>
          <w:sz w:val="20"/>
        </w:rPr>
      </w:pPr>
    </w:p>
    <w:p w14:paraId="043FD5BB" w14:textId="50A88B37" w:rsidR="0063304E" w:rsidRDefault="00A84C27">
      <w:pPr>
        <w:spacing w:before="100" w:after="60"/>
      </w:pPr>
      <w:r>
        <w:rPr>
          <w:b/>
          <w:color w:val="1F445C"/>
          <w:sz w:val="20"/>
        </w:rPr>
        <w:t>APPLICANT ACKNOWLEDGMENT</w:t>
      </w:r>
    </w:p>
    <w:p w14:paraId="1FF72414" w14:textId="77777777" w:rsidR="0063304E" w:rsidRDefault="00A84C27">
      <w:pPr>
        <w:spacing w:after="140"/>
      </w:pPr>
      <w:r>
        <w:t>I certify that the information provided in this application is true and complete to the best of my knowledge. I understand that submitting this application does not guarantee appointment and that appointments are made in accordance with applicable Town requirements and procedures.</w:t>
      </w:r>
    </w:p>
    <w:p w14:paraId="672FCF22" w14:textId="77777777" w:rsidR="0063304E" w:rsidRDefault="00A84C27">
      <w:pPr>
        <w:spacing w:after="100"/>
      </w:pPr>
      <w:r>
        <w:rPr>
          <w:b/>
        </w:rPr>
        <w:t xml:space="preserve">Applicant Signature:  </w:t>
      </w:r>
      <w:r>
        <w:t>____________________________________________________________</w:t>
      </w:r>
    </w:p>
    <w:p w14:paraId="302A2A36" w14:textId="6A5C5DEB" w:rsidR="0063304E" w:rsidRDefault="0096734E">
      <w:pPr>
        <w:spacing w:after="100"/>
      </w:pPr>
      <w:r>
        <w:rPr>
          <w:b/>
        </w:rPr>
        <w:t xml:space="preserve">Print </w:t>
      </w:r>
      <w:proofErr w:type="gramStart"/>
      <w:r>
        <w:rPr>
          <w:b/>
        </w:rPr>
        <w:t>Name:   _</w:t>
      </w:r>
      <w:proofErr w:type="gramEnd"/>
      <w:r>
        <w:rPr>
          <w:b/>
        </w:rPr>
        <w:t>______________________________________________________D</w:t>
      </w:r>
      <w:r w:rsidR="00A84C27">
        <w:rPr>
          <w:b/>
        </w:rPr>
        <w:t xml:space="preserve">ate:  </w:t>
      </w:r>
      <w:r w:rsidR="00A84C27">
        <w:t>_______________________</w:t>
      </w:r>
    </w:p>
    <w:p w14:paraId="5A65E37A" w14:textId="77777777" w:rsidR="0096734E" w:rsidRDefault="0096734E">
      <w:pPr>
        <w:spacing w:before="100" w:after="60"/>
        <w:rPr>
          <w:b/>
          <w:color w:val="1F445C"/>
          <w:sz w:val="20"/>
        </w:rPr>
      </w:pPr>
    </w:p>
    <w:p w14:paraId="278E02D5" w14:textId="77777777" w:rsidR="0096734E" w:rsidRDefault="0096734E">
      <w:pPr>
        <w:spacing w:before="100" w:after="60"/>
        <w:rPr>
          <w:b/>
          <w:color w:val="1F445C"/>
          <w:sz w:val="20"/>
        </w:rPr>
      </w:pPr>
    </w:p>
    <w:p w14:paraId="5CA231CE" w14:textId="11D4B0C4" w:rsidR="0063304E" w:rsidRDefault="00A84C27">
      <w:pPr>
        <w:spacing w:before="100" w:after="60"/>
      </w:pPr>
      <w:r>
        <w:rPr>
          <w:b/>
          <w:color w:val="1F445C"/>
          <w:sz w:val="20"/>
        </w:rPr>
        <w:t>SUBMISSION</w:t>
      </w:r>
    </w:p>
    <w:p w14:paraId="555DA405" w14:textId="4D48147C" w:rsidR="0063304E" w:rsidRDefault="00A84C27">
      <w:pPr>
        <w:spacing w:after="60"/>
      </w:pPr>
      <w:r>
        <w:rPr>
          <w:b/>
        </w:rPr>
        <w:t>Please submit the completed application to:</w:t>
      </w:r>
      <w:r>
        <w:rPr>
          <w:b/>
        </w:rPr>
        <w:br/>
      </w:r>
      <w:r>
        <w:t>Town of Millville – Town Clerk</w:t>
      </w:r>
      <w:r>
        <w:br/>
        <w:t>36404 Club House Road</w:t>
      </w:r>
      <w:r>
        <w:br/>
        <w:t>Millville, DE 19967</w:t>
      </w:r>
      <w:r>
        <w:br/>
        <w:t>Email: TMarcules@mvtown.com</w:t>
      </w:r>
      <w:r>
        <w:br/>
        <w:t xml:space="preserve">Website: </w:t>
      </w:r>
      <w:hyperlink r:id="rId8" w:history="1">
        <w:r w:rsidR="0096734E" w:rsidRPr="006D7A9B">
          <w:rPr>
            <w:rStyle w:val="Hyperlink"/>
          </w:rPr>
          <w:t>www.millville.delaware.gov</w:t>
        </w:r>
      </w:hyperlink>
    </w:p>
    <w:p w14:paraId="34E0140C" w14:textId="77777777" w:rsidR="0096734E" w:rsidRDefault="0096734E">
      <w:pPr>
        <w:spacing w:after="60"/>
      </w:pPr>
    </w:p>
    <w:p w14:paraId="046A3B25" w14:textId="77777777" w:rsidR="0063304E" w:rsidRDefault="00A84C27">
      <w:pPr>
        <w:jc w:val="center"/>
      </w:pPr>
      <w:r>
        <w:rPr>
          <w:b/>
          <w:color w:val="1F445C"/>
        </w:rPr>
        <w:t>Town use only</w:t>
      </w:r>
    </w:p>
    <w:tbl>
      <w:tblPr>
        <w:tblStyle w:val="TableGrid"/>
        <w:tblW w:w="0" w:type="auto"/>
        <w:jc w:val="center"/>
        <w:tblLook w:val="04A0" w:firstRow="1" w:lastRow="0" w:firstColumn="1" w:lastColumn="0" w:noHBand="0" w:noVBand="1"/>
      </w:tblPr>
      <w:tblGrid>
        <w:gridCol w:w="2553"/>
        <w:gridCol w:w="2554"/>
        <w:gridCol w:w="2553"/>
        <w:gridCol w:w="2554"/>
      </w:tblGrid>
      <w:tr w:rsidR="0063304E" w14:paraId="738D0E95" w14:textId="77777777">
        <w:trPr>
          <w:jc w:val="center"/>
        </w:trPr>
        <w:tc>
          <w:tcPr>
            <w:tcW w:w="2556" w:type="dxa"/>
            <w:vAlign w:val="center"/>
          </w:tcPr>
          <w:p w14:paraId="7A6BC06C" w14:textId="77777777" w:rsidR="0063304E" w:rsidRDefault="00A84C27">
            <w:r>
              <w:rPr>
                <w:sz w:val="16"/>
              </w:rPr>
              <w:t>Date received:</w:t>
            </w:r>
          </w:p>
        </w:tc>
        <w:tc>
          <w:tcPr>
            <w:tcW w:w="2556" w:type="dxa"/>
            <w:vAlign w:val="center"/>
          </w:tcPr>
          <w:p w14:paraId="12C1E21A" w14:textId="77777777" w:rsidR="0063304E" w:rsidRDefault="00A84C27">
            <w:r>
              <w:rPr>
                <w:sz w:val="16"/>
              </w:rPr>
              <w:t>________________</w:t>
            </w:r>
          </w:p>
        </w:tc>
        <w:tc>
          <w:tcPr>
            <w:tcW w:w="2556" w:type="dxa"/>
            <w:vAlign w:val="center"/>
          </w:tcPr>
          <w:p w14:paraId="330BC475" w14:textId="77777777" w:rsidR="0063304E" w:rsidRDefault="00A84C27">
            <w:r>
              <w:rPr>
                <w:sz w:val="16"/>
              </w:rPr>
              <w:t>Reviewed by:</w:t>
            </w:r>
          </w:p>
        </w:tc>
        <w:tc>
          <w:tcPr>
            <w:tcW w:w="2556" w:type="dxa"/>
            <w:vAlign w:val="center"/>
          </w:tcPr>
          <w:p w14:paraId="657C7B24" w14:textId="77777777" w:rsidR="0063304E" w:rsidRDefault="00A84C27">
            <w:r>
              <w:rPr>
                <w:sz w:val="16"/>
              </w:rPr>
              <w:t>________________</w:t>
            </w:r>
          </w:p>
        </w:tc>
      </w:tr>
      <w:tr w:rsidR="0063304E" w14:paraId="0B095F41" w14:textId="77777777">
        <w:trPr>
          <w:jc w:val="center"/>
        </w:trPr>
        <w:tc>
          <w:tcPr>
            <w:tcW w:w="2556" w:type="dxa"/>
            <w:vAlign w:val="center"/>
          </w:tcPr>
          <w:p w14:paraId="057569A9" w14:textId="77777777" w:rsidR="0063304E" w:rsidRDefault="00A84C27">
            <w:r>
              <w:rPr>
                <w:sz w:val="16"/>
              </w:rPr>
              <w:t>Action / appointment date:</w:t>
            </w:r>
          </w:p>
        </w:tc>
        <w:tc>
          <w:tcPr>
            <w:tcW w:w="2556" w:type="dxa"/>
            <w:vAlign w:val="center"/>
          </w:tcPr>
          <w:p w14:paraId="046331DE" w14:textId="77777777" w:rsidR="0063304E" w:rsidRDefault="00A84C27">
            <w:r>
              <w:rPr>
                <w:sz w:val="16"/>
              </w:rPr>
              <w:t>________________</w:t>
            </w:r>
          </w:p>
        </w:tc>
        <w:tc>
          <w:tcPr>
            <w:tcW w:w="2556" w:type="dxa"/>
            <w:vAlign w:val="center"/>
          </w:tcPr>
          <w:p w14:paraId="6C7CD156" w14:textId="77777777" w:rsidR="0063304E" w:rsidRDefault="00A84C27">
            <w:r>
              <w:rPr>
                <w:sz w:val="16"/>
              </w:rPr>
              <w:t>Notes:</w:t>
            </w:r>
          </w:p>
        </w:tc>
        <w:tc>
          <w:tcPr>
            <w:tcW w:w="2556" w:type="dxa"/>
            <w:vAlign w:val="center"/>
          </w:tcPr>
          <w:p w14:paraId="0B77B938" w14:textId="77777777" w:rsidR="0063304E" w:rsidRDefault="00A84C27">
            <w:r>
              <w:rPr>
                <w:sz w:val="16"/>
              </w:rPr>
              <w:t>________________</w:t>
            </w:r>
          </w:p>
        </w:tc>
      </w:tr>
    </w:tbl>
    <w:p w14:paraId="01980627" w14:textId="77777777" w:rsidR="00A84C27" w:rsidRDefault="00A84C27"/>
    <w:p w14:paraId="739F50BA" w14:textId="77777777" w:rsidR="0096734E" w:rsidRPr="0096734E" w:rsidRDefault="0096734E" w:rsidP="0096734E"/>
    <w:p w14:paraId="1F631AC4" w14:textId="77777777" w:rsidR="0096734E" w:rsidRPr="0096734E" w:rsidRDefault="0096734E" w:rsidP="0096734E"/>
    <w:p w14:paraId="7044948A" w14:textId="77777777" w:rsidR="0096734E" w:rsidRPr="0096734E" w:rsidRDefault="0096734E" w:rsidP="0096734E"/>
    <w:p w14:paraId="2823CC21" w14:textId="77777777" w:rsidR="0096734E" w:rsidRPr="0096734E" w:rsidRDefault="0096734E" w:rsidP="0096734E"/>
    <w:p w14:paraId="35E4D695" w14:textId="77777777" w:rsidR="0096734E" w:rsidRPr="0096734E" w:rsidRDefault="0096734E" w:rsidP="0096734E"/>
    <w:p w14:paraId="1BE14E33" w14:textId="77777777" w:rsidR="0096734E" w:rsidRPr="0096734E" w:rsidRDefault="0096734E" w:rsidP="0096734E"/>
    <w:p w14:paraId="634ACA8B" w14:textId="77777777" w:rsidR="0096734E" w:rsidRPr="0096734E" w:rsidRDefault="0096734E" w:rsidP="0096734E"/>
    <w:p w14:paraId="5985DF18" w14:textId="77777777" w:rsidR="0096734E" w:rsidRPr="0096734E" w:rsidRDefault="0096734E" w:rsidP="0096734E"/>
    <w:p w14:paraId="62A9D667" w14:textId="77777777" w:rsidR="0096734E" w:rsidRPr="0096734E" w:rsidRDefault="0096734E" w:rsidP="0096734E"/>
    <w:p w14:paraId="2E6FDF49" w14:textId="77777777" w:rsidR="0096734E" w:rsidRPr="0096734E" w:rsidRDefault="0096734E" w:rsidP="0096734E"/>
    <w:p w14:paraId="6506C433" w14:textId="77777777" w:rsidR="0096734E" w:rsidRPr="0096734E" w:rsidRDefault="0096734E" w:rsidP="0096734E"/>
    <w:p w14:paraId="0EB992F9" w14:textId="77777777" w:rsidR="0096734E" w:rsidRPr="0096734E" w:rsidRDefault="0096734E" w:rsidP="0096734E"/>
    <w:p w14:paraId="660969FB" w14:textId="77777777" w:rsidR="0096734E" w:rsidRDefault="0096734E" w:rsidP="0096734E"/>
    <w:p w14:paraId="611230F1" w14:textId="11EC85AA" w:rsidR="0096734E" w:rsidRPr="0096734E" w:rsidRDefault="0096734E" w:rsidP="0096734E">
      <w:pPr>
        <w:tabs>
          <w:tab w:val="left" w:pos="6000"/>
        </w:tabs>
      </w:pPr>
      <w:r>
        <w:tab/>
      </w:r>
    </w:p>
    <w:sectPr w:rsidR="0096734E" w:rsidRPr="0096734E" w:rsidSect="00034616">
      <w:footerReference w:type="default" r:id="rId9"/>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D5EE5" w14:textId="77777777" w:rsidR="00A84C27" w:rsidRDefault="00A84C27">
      <w:pPr>
        <w:spacing w:after="0" w:line="240" w:lineRule="auto"/>
      </w:pPr>
      <w:r>
        <w:separator/>
      </w:r>
    </w:p>
  </w:endnote>
  <w:endnote w:type="continuationSeparator" w:id="0">
    <w:p w14:paraId="3D9C7AC7" w14:textId="77777777" w:rsidR="00A84C27" w:rsidRDefault="00A84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BA3E5" w14:textId="21E2C137" w:rsidR="0063304E" w:rsidRDefault="0096734E">
    <w:pPr>
      <w:pStyle w:val="Footer"/>
      <w:jc w:val="center"/>
      <w:rPr>
        <w:i/>
        <w:color w:val="646464"/>
        <w:sz w:val="16"/>
      </w:rPr>
    </w:pPr>
    <w:r>
      <w:rPr>
        <w:i/>
        <w:color w:val="646464"/>
        <w:sz w:val="16"/>
      </w:rPr>
      <w:t>Town Clerk-Forms-</w:t>
    </w:r>
    <w:proofErr w:type="spellStart"/>
    <w:r>
      <w:rPr>
        <w:i/>
        <w:color w:val="646464"/>
        <w:sz w:val="16"/>
      </w:rPr>
      <w:t>PlanZoneApplication</w:t>
    </w:r>
    <w:proofErr w:type="spellEnd"/>
    <w:r>
      <w:rPr>
        <w:i/>
        <w:color w:val="646464"/>
        <w:sz w:val="16"/>
      </w:rPr>
      <w:t xml:space="preserve"> 10-29-2026</w:t>
    </w:r>
  </w:p>
  <w:p w14:paraId="103FED98" w14:textId="77777777" w:rsidR="0096734E" w:rsidRDefault="009673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071FE" w14:textId="77777777" w:rsidR="00A84C27" w:rsidRDefault="00A84C27">
      <w:pPr>
        <w:spacing w:after="0" w:line="240" w:lineRule="auto"/>
      </w:pPr>
      <w:r>
        <w:separator/>
      </w:r>
    </w:p>
  </w:footnote>
  <w:footnote w:type="continuationSeparator" w:id="0">
    <w:p w14:paraId="13423614" w14:textId="77777777" w:rsidR="00A84C27" w:rsidRDefault="00A84C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76727223">
    <w:abstractNumId w:val="8"/>
  </w:num>
  <w:num w:numId="2" w16cid:durableId="464735476">
    <w:abstractNumId w:val="6"/>
  </w:num>
  <w:num w:numId="3" w16cid:durableId="227882645">
    <w:abstractNumId w:val="5"/>
  </w:num>
  <w:num w:numId="4" w16cid:durableId="669065400">
    <w:abstractNumId w:val="4"/>
  </w:num>
  <w:num w:numId="5" w16cid:durableId="1004163072">
    <w:abstractNumId w:val="7"/>
  </w:num>
  <w:num w:numId="6" w16cid:durableId="926501048">
    <w:abstractNumId w:val="3"/>
  </w:num>
  <w:num w:numId="7" w16cid:durableId="1763455843">
    <w:abstractNumId w:val="2"/>
  </w:num>
  <w:num w:numId="8" w16cid:durableId="1860074284">
    <w:abstractNumId w:val="1"/>
  </w:num>
  <w:num w:numId="9" w16cid:durableId="750389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3304E"/>
    <w:rsid w:val="007D2A8E"/>
    <w:rsid w:val="0096734E"/>
    <w:rsid w:val="00A84C27"/>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7F0D7F"/>
  <w14:defaultImageDpi w14:val="300"/>
  <w15:docId w15:val="{A060F5E6-1277-410B-AEB9-874F778D4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6734E"/>
    <w:rPr>
      <w:color w:val="0000FF" w:themeColor="hyperlink"/>
      <w:u w:val="single"/>
    </w:rPr>
  </w:style>
  <w:style w:type="character" w:styleId="UnresolvedMention">
    <w:name w:val="Unresolved Mention"/>
    <w:basedOn w:val="DefaultParagraphFont"/>
    <w:uiPriority w:val="99"/>
    <w:semiHidden/>
    <w:unhideWhenUsed/>
    <w:rsid w:val="00967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llville.delaware.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Trish Marcules</cp:lastModifiedBy>
  <cp:revision>2</cp:revision>
  <dcterms:created xsi:type="dcterms:W3CDTF">2026-10-29T14:07:00Z</dcterms:created>
  <dcterms:modified xsi:type="dcterms:W3CDTF">2026-10-29T14:07:00Z</dcterms:modified>
  <cp:category/>
</cp:coreProperties>
</file>